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4E33" w:rsidRPr="007E294E" w:rsidRDefault="00000000">
      <w:pPr>
        <w:pStyle w:val="aa"/>
        <w:spacing w:after="200"/>
        <w:rPr>
          <w:rFonts w:ascii="Microsoft YaHei" w:eastAsia="Microsoft YaHei" w:hAnsi="Microsoft YaHei"/>
          <w:lang w:eastAsia="zh-CN"/>
        </w:rPr>
      </w:pPr>
      <w:r w:rsidRPr="007E294E">
        <w:rPr>
          <w:rFonts w:ascii="Microsoft YaHei" w:eastAsia="Microsoft YaHei" w:hAnsi="Microsoft YaHei"/>
          <w:sz w:val="40"/>
          <w:lang w:eastAsia="zh-CN"/>
        </w:rPr>
        <w:t>MAOT 合作伙伴申请表</w:t>
      </w:r>
    </w:p>
    <w:p w:rsidR="00FD4E33" w:rsidRPr="007E294E" w:rsidRDefault="00000000">
      <w:pPr>
        <w:spacing w:after="300"/>
        <w:rPr>
          <w:rFonts w:ascii="Microsoft YaHei" w:eastAsia="Microsoft YaHei" w:hAnsi="Microsoft YaHei"/>
          <w:lang w:eastAsia="zh-CN"/>
        </w:rPr>
      </w:pPr>
      <w:r w:rsidRPr="007E294E">
        <w:rPr>
          <w:rFonts w:ascii="Microsoft YaHei" w:eastAsia="Microsoft YaHei" w:hAnsi="Microsoft YaHei"/>
          <w:lang w:eastAsia="zh-CN"/>
        </w:rPr>
        <w:t>请填写以下信息，便于我们了解您的业务与合作意向。</w:t>
      </w:r>
    </w:p>
    <w:p w:rsidR="00FD4E33" w:rsidRPr="007E294E" w:rsidRDefault="00000000">
      <w:pPr>
        <w:pStyle w:val="1"/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</w:rPr>
        <w:t>基本信息</w:t>
      </w:r>
    </w:p>
    <w:tbl>
      <w:tblPr>
        <w:tblW w:w="0" w:type="auto"/>
        <w:jc w:val="center"/>
        <w:tblBorders>
          <w:top w:val="single" w:sz="4" w:space="0" w:color="D7DADD"/>
          <w:left w:val="single" w:sz="4" w:space="0" w:color="D7DADD"/>
          <w:bottom w:val="single" w:sz="4" w:space="0" w:color="D7DADD"/>
          <w:right w:val="single" w:sz="4" w:space="0" w:color="D7DADD"/>
          <w:insideH w:val="single" w:sz="4" w:space="0" w:color="D7DADD"/>
          <w:insideV w:val="single" w:sz="4" w:space="0" w:color="D7DADD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公司或门店名称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FD4E33">
            <w:pPr>
              <w:spacing w:before="80" w:after="80"/>
              <w:rPr>
                <w:rFonts w:ascii="Microsoft YaHei" w:eastAsia="Microsoft YaHei" w:hAnsi="Microsoft YaHei"/>
              </w:rPr>
            </w:pPr>
          </w:p>
        </w:tc>
      </w:tr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国家地区及城市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FD4E33">
            <w:pPr>
              <w:spacing w:before="80" w:after="80"/>
              <w:rPr>
                <w:rFonts w:ascii="Microsoft YaHei" w:eastAsia="Microsoft YaHei" w:hAnsi="Microsoft YaHei"/>
              </w:rPr>
            </w:pPr>
          </w:p>
        </w:tc>
      </w:tr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联系人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FD4E33">
            <w:pPr>
              <w:spacing w:before="80" w:after="80"/>
              <w:rPr>
                <w:rFonts w:ascii="Microsoft YaHei" w:eastAsia="Microsoft YaHei" w:hAnsi="Microsoft YaHei"/>
              </w:rPr>
            </w:pPr>
          </w:p>
        </w:tc>
      </w:tr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电话或 WhatsApp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FD4E33">
            <w:pPr>
              <w:spacing w:before="80" w:after="80"/>
              <w:rPr>
                <w:rFonts w:ascii="Microsoft YaHei" w:eastAsia="Microsoft YaHei" w:hAnsi="Microsoft YaHei"/>
              </w:rPr>
            </w:pPr>
          </w:p>
        </w:tc>
      </w:tr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电子邮箱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FD4E33">
            <w:pPr>
              <w:spacing w:before="80" w:after="80"/>
              <w:rPr>
                <w:rFonts w:ascii="Microsoft YaHei" w:eastAsia="Microsoft YaHei" w:hAnsi="Microsoft YaHei"/>
              </w:rPr>
            </w:pPr>
          </w:p>
        </w:tc>
      </w:tr>
      <w:tr w:rsidR="00FD4E33" w:rsidRPr="007E294E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网站或社交账号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</w:rPr>
              <w:t>选填</w:t>
            </w:r>
          </w:p>
        </w:tc>
      </w:tr>
    </w:tbl>
    <w:p w:rsidR="00FD4E33" w:rsidRPr="007E294E" w:rsidRDefault="00000000">
      <w:pPr>
        <w:pStyle w:val="1"/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</w:rPr>
        <w:t>合作意向</w:t>
      </w:r>
    </w:p>
    <w:tbl>
      <w:tblPr>
        <w:tblW w:w="0" w:type="auto"/>
        <w:jc w:val="center"/>
        <w:tblBorders>
          <w:top w:val="single" w:sz="4" w:space="0" w:color="D7DADD"/>
          <w:left w:val="single" w:sz="4" w:space="0" w:color="D7DADD"/>
          <w:bottom w:val="single" w:sz="4" w:space="0" w:color="D7DADD"/>
          <w:right w:val="single" w:sz="4" w:space="0" w:color="D7DADD"/>
          <w:insideH w:val="single" w:sz="4" w:space="0" w:color="D7DADD"/>
          <w:insideV w:val="single" w:sz="4" w:space="0" w:color="D7DADD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FD4E33" w:rsidRPr="007E294E">
        <w:trPr>
          <w:cantSplit/>
          <w:trHeight w:val="680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意向合作类型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  <w:lang w:eastAsia="zh-CN"/>
              </w:rPr>
            </w:pPr>
            <w:r w:rsidRPr="007E294E">
              <w:rPr>
                <w:rFonts w:ascii="Microsoft YaHei" w:eastAsia="Microsoft YaHei" w:hAnsi="Microsoft YaHei"/>
                <w:lang w:eastAsia="zh-CN"/>
              </w:rPr>
              <w:t>□ 代理或分销    □ 销售门店    □ 安装服务商    □ 其他</w:t>
            </w:r>
          </w:p>
        </w:tc>
      </w:tr>
      <w:tr w:rsidR="00FD4E33" w:rsidRPr="007E294E">
        <w:trPr>
          <w:cantSplit/>
          <w:trHeight w:val="93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现有业务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</w:rPr>
              <w:t>简述主营业务、销售渠道或安装能力：</w:t>
            </w:r>
            <w:r w:rsidRPr="007E294E">
              <w:rPr>
                <w:rFonts w:ascii="Microsoft YaHei" w:eastAsia="Microsoft YaHei" w:hAnsi="Microsoft YaHei"/>
              </w:rPr>
              <w:br/>
            </w:r>
          </w:p>
        </w:tc>
      </w:tr>
      <w:tr w:rsidR="00FD4E33" w:rsidRPr="007E294E">
        <w:trPr>
          <w:cantSplit/>
          <w:trHeight w:val="93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  <w:b/>
              </w:rPr>
              <w:t>意向地区与车型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4E33" w:rsidRPr="007E294E" w:rsidRDefault="00000000">
            <w:pPr>
              <w:spacing w:before="80" w:after="80"/>
              <w:rPr>
                <w:rFonts w:ascii="Microsoft YaHei" w:eastAsia="Microsoft YaHei" w:hAnsi="Microsoft YaHei"/>
              </w:rPr>
            </w:pPr>
            <w:r w:rsidRPr="007E294E">
              <w:rPr>
                <w:rFonts w:ascii="Microsoft YaHei" w:eastAsia="Microsoft YaHei" w:hAnsi="Microsoft YaHei"/>
              </w:rPr>
              <w:t>填写计划开展业务的地区及关注车型：</w:t>
            </w:r>
            <w:r w:rsidRPr="007E294E">
              <w:rPr>
                <w:rFonts w:ascii="Microsoft YaHei" w:eastAsia="Microsoft YaHei" w:hAnsi="Microsoft YaHei"/>
              </w:rPr>
              <w:br/>
            </w:r>
          </w:p>
        </w:tc>
      </w:tr>
    </w:tbl>
    <w:p w:rsidR="00FD4E33" w:rsidRPr="007E294E" w:rsidRDefault="00000000">
      <w:pPr>
        <w:spacing w:before="200"/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</w:rPr>
        <w:t>申请日期：________年____月____日</w:t>
      </w:r>
    </w:p>
    <w:p w:rsidR="00FD4E33" w:rsidRPr="007E294E" w:rsidRDefault="00000000">
      <w:pPr>
        <w:spacing w:before="140"/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  <w:b/>
        </w:rPr>
        <w:t>提交方式</w:t>
      </w:r>
    </w:p>
    <w:p w:rsidR="00FD4E33" w:rsidRPr="007E294E" w:rsidRDefault="00000000">
      <w:pPr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</w:rPr>
        <w:t>填写后作为邮件附件发送至 gary@icarav.com。</w:t>
      </w:r>
      <w:r w:rsidRPr="007E294E">
        <w:rPr>
          <w:rFonts w:ascii="Microsoft YaHei" w:eastAsia="Microsoft YaHei" w:hAnsi="Microsoft YaHei"/>
        </w:rPr>
        <w:br/>
        <w:t>邮件主题：合作申请｜国家或地区｜公司或门店名称</w:t>
      </w:r>
    </w:p>
    <w:p w:rsidR="00FD4E33" w:rsidRPr="007E294E" w:rsidRDefault="00000000">
      <w:pPr>
        <w:rPr>
          <w:rFonts w:ascii="Microsoft YaHei" w:eastAsia="Microsoft YaHei" w:hAnsi="Microsoft YaHei"/>
        </w:rPr>
      </w:pPr>
      <w:r w:rsidRPr="007E294E">
        <w:rPr>
          <w:rFonts w:ascii="Microsoft YaHei" w:eastAsia="Microsoft YaHei" w:hAnsi="Microsoft YaHei"/>
          <w:color w:val="666666"/>
          <w:sz w:val="18"/>
        </w:rPr>
        <w:t>本表用于合作沟通，不构成授权或合作承诺。</w:t>
      </w:r>
    </w:p>
    <w:sectPr w:rsidR="00FD4E33" w:rsidRPr="007E294E" w:rsidSect="00034616"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38428">
    <w:abstractNumId w:val="8"/>
  </w:num>
  <w:num w:numId="2" w16cid:durableId="1315187338">
    <w:abstractNumId w:val="6"/>
  </w:num>
  <w:num w:numId="3" w16cid:durableId="449478003">
    <w:abstractNumId w:val="5"/>
  </w:num>
  <w:num w:numId="4" w16cid:durableId="1753351351">
    <w:abstractNumId w:val="4"/>
  </w:num>
  <w:num w:numId="5" w16cid:durableId="2703911">
    <w:abstractNumId w:val="7"/>
  </w:num>
  <w:num w:numId="6" w16cid:durableId="910699550">
    <w:abstractNumId w:val="3"/>
  </w:num>
  <w:num w:numId="7" w16cid:durableId="1896231025">
    <w:abstractNumId w:val="2"/>
  </w:num>
  <w:num w:numId="8" w16cid:durableId="1725176615">
    <w:abstractNumId w:val="1"/>
  </w:num>
  <w:num w:numId="9" w16cid:durableId="199383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294E"/>
    <w:rsid w:val="00AA1D8D"/>
    <w:rsid w:val="00B47730"/>
    <w:rsid w:val="00CB0664"/>
    <w:rsid w:val="00FC693F"/>
    <w:rsid w:val="00FD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AB5B0DE-E9B7-4942-9AF4-DB5B5C84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Noto Sans CJK SC" w:eastAsia="Noto Sans CJK SC" w:hAnsi="Noto Sans CJK SC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MAOT 合作伙伴申请表</dc:title>
  <dc:subject/>
  <dc:creator>MAOT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2026-10-14T07:41:00Z</dcterms:modified>
  <cp:category/>
</cp:coreProperties>
</file>